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Freelance / consulting contract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1. Parties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2. Scope of work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3. Deliverables &amp; deadlines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4. Fees, expenses &amp; invoicing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5. Independent contractor status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6. Ownership of work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7. Confidentiality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8. Termination &amp; notice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9. Liability &amp; insurance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10. Signatures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A</w:t>
            </w:r>
          </w:p>
        </w:tc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B</w:t>
            </w:r>
          </w:p>
        </w:tc>
      </w:tr>
      <w:tr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</w:tr>
    </w:tbl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/ consulting contract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