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i w:val="0"/>
          <w:color w:val="1B2A5B"/>
          <w:sz w:val="44"/>
        </w:rPr>
        <w:t>Exit interview form</w:t>
      </w:r>
    </w:p>
    <w:p>
      <w:pPr>
        <w:spacing w:after="80"/>
      </w:pPr>
      <w:r>
        <w:rPr>
          <w:b w:val="0"/>
          <w:i w:val="0"/>
          <w:color w:val="808799"/>
          <w:sz w:val="20"/>
        </w:rPr>
        <w:t>[Company] · [Date]</w:t>
      </w:r>
    </w:p>
    <w:p>
      <w:pPr>
        <w:pBdr>
          <w:bottom w:val="single" w:sz="12" w:space="1" w:color="1B2A5B"/>
        </w:pBdr>
        <w:spacing w:after="120"/>
      </w:pPr>
    </w:p>
    <w:p>
      <w:pPr>
        <w:pStyle w:val="Heading2"/>
      </w:pPr>
      <w:r>
        <w:t>Employee details &amp; last day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Main reason for leaving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What did you enjoy most?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What would you change?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Feedback on management &amp; support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Feedback on pay, benefits, workload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Would you recommend us as an employer? Why?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Anything else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spacing w:before="120"/>
      </w:pPr>
      <w:r>
        <w:rPr>
          <w:b w:val="0"/>
          <w:i/>
          <w:color w:val="808799"/>
          <w:sz w:val="16"/>
        </w:rPr>
        <w:t>Blue highlighted text = replace with your own. Delete this note before printing. Contract skeletons are starting points, not legal advice – have important agreements checked.</w:t>
      </w:r>
    </w:p>
    <w:sectPr w:rsidR="00FC693F" w:rsidRPr="0006063C" w:rsidSect="00034616">
      <w:footerReference w:type="default" r:id="rId9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08799"/>
        <w:sz w:val="16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2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232A3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Exit interview form</dc:title>
  <dc:subject/>
  <dc:creator>free-printable.com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