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36"/>
        <w:gridCol w:w="3628"/>
      </w:tblGrid>
      <w:tr>
        <w:tc>
          <w:tcPr>
            <w:tcW w:type="dxa" w:w="623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[Your Company]</w:t>
              <w:br/>
              <w:t>[Street] · [City, Postcode]</w:t>
              <w:br/>
              <w:t>[Phone] · [E-mail] · [Website]</w:t>
            </w:r>
          </w:p>
        </w:tc>
        <w:tc>
          <w:tcPr>
            <w:tcW w:type="dxa" w:w="362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  <w:color w:val="808799"/>
                <w:sz w:val="52"/>
              </w:rPr>
            </w:r>
            <w:r>
              <w:rPr>
                <w:sz w:val="20"/>
              </w:rPr>
              <w:t>DELIVERY NOTE</w:t>
            </w:r>
          </w:p>
        </w:tc>
      </w:tr>
    </w:tbl>
    <w:p>
      <w:pPr>
        <w:pBdr>
          <w:bottom w:val="single" w:sz="12" w:space="1" w:color="808799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4195"/>
      </w:tblGrid>
      <w:tr>
        <w:tc>
          <w:tcPr>
            <w:tcW w:type="dxa" w:w="566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Bill to:</w:t>
              <w:br/>
              <w:t>[Client name]</w:t>
              <w:br/>
              <w:t>[Company]</w:t>
              <w:br/>
              <w:t>[Address]</w:t>
              <w:br/>
              <w:t>[E-mail]</w:t>
            </w:r>
          </w:p>
        </w:tc>
        <w:tc>
          <w:tcPr>
            <w:tcW w:type="dxa" w:w="4195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Delivery note no.: [2026-001]</w:t>
              <w:br/>
              <w:t>Date: [date]</w:t>
              <w:br/>
              <w:t>Due date: [date]</w:t>
              <w:br/>
              <w:t>Reference: [PO / project]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5329"/>
        <w:gridCol w:w="1020"/>
        <w:gridCol w:w="1474"/>
        <w:gridCol w:w="1474"/>
      </w:tblGrid>
      <w:tr>
        <w:trPr>
          <w:trHeight w:val="454"/>
        </w:trPr>
        <w:tc>
          <w:tcPr>
            <w:tcW w:type="dxa" w:w="567"/>
            <w:shd w:val="clear" w:color="auto" w:fill="80879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329"/>
            <w:shd w:val="clear" w:color="auto" w:fill="80879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80879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474"/>
            <w:shd w:val="clear" w:color="auto" w:fill="80879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474"/>
            <w:shd w:val="clear" w:color="auto" w:fill="80879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1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2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3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4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5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6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896"/>
        <w:gridCol w:w="2268"/>
        <w:gridCol w:w="1701"/>
      </w:tblGrid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Subtotal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Tax [20 %]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[0.00]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i w:val="0"/>
          <w:color w:val="808799"/>
        </w:rPr>
        <w:t>Payment details</w:t>
      </w:r>
    </w:p>
    <w:p>
      <w:r>
        <w:rPr>
          <w:b w:val="0"/>
          <w:i w:val="0"/>
          <w:color w:val="2255E0"/>
          <w:shd w:val="clear" w:color="auto" w:fill="FFF6D5"/>
        </w:rPr>
        <w:t>[Bank name] · IBAN [xxxx] · BIC [xxxx] · Account name [xxxx]</w:t>
      </w:r>
    </w:p>
    <w:p>
      <w:pPr>
        <w:spacing w:after="40" w:before="120"/>
      </w:pPr>
      <w:r>
        <w:rPr>
          <w:b/>
          <w:i w:val="0"/>
          <w:color w:val="808799"/>
        </w:rPr>
        <w:t>Terms</w:t>
      </w:r>
    </w:p>
    <w:p>
      <w:r>
        <w:rPr>
          <w:b w:val="0"/>
          <w:i w:val="0"/>
          <w:sz w:val="18"/>
        </w:rPr>
        <w:t>Received in good condition by: ______________________  Date: __________  Signature: ______________________</w:t>
      </w:r>
    </w:p>
    <w:p>
      <w:pPr>
        <w:spacing w:before="200"/>
      </w:pPr>
      <w:r>
        <w:rPr>
          <w:b w:val="0"/>
          <w:i/>
          <w:color w:val="808799"/>
        </w:rPr>
        <w:t>Thank you for your business!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note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