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0"/>
      </w:pPr>
    </w:p>
    <w:p>
      <w:pPr>
        <w:spacing w:after="40"/>
      </w:pPr>
      <w:r>
        <w:rPr>
          <w:b/>
          <w:i w:val="0"/>
          <w:color w:val="2255E0"/>
          <w:sz w:val="72"/>
          <w:shd w:val="clear" w:color="auto" w:fill="FFF6D5"/>
        </w:rPr>
        <w:t>PROPOSAL</w:t>
      </w:r>
    </w:p>
    <w:p>
      <w:pPr>
        <w:spacing w:after="400"/>
      </w:pPr>
      <w:r>
        <w:rPr>
          <w:b w:val="0"/>
          <w:i w:val="0"/>
          <w:color w:val="2255E0"/>
          <w:sz w:val="36"/>
          <w:shd w:val="clear" w:color="auto" w:fill="FFF6D5"/>
        </w:rPr>
        <w:t>[Project title]</w:t>
      </w:r>
    </w:p>
    <w:p>
      <w:pPr>
        <w:spacing w:after="0"/>
      </w:pPr>
      <w:r>
        <w:rPr>
          <w:b w:val="0"/>
          <w:i w:val="0"/>
          <w:color w:val="2255E0"/>
          <w:shd w:val="clear" w:color="auto" w:fill="FFF6D5"/>
        </w:rPr>
        <w:t>Prepared for [Client name]</w:t>
      </w:r>
    </w:p>
    <w:p>
      <w:pPr>
        <w:spacing w:after="0"/>
      </w:pPr>
      <w:r>
        <w:rPr>
          <w:b w:val="0"/>
          <w:i w:val="0"/>
          <w:color w:val="2255E0"/>
          <w:shd w:val="clear" w:color="auto" w:fill="FFF6D5"/>
        </w:rPr>
        <w:t>Prepared by [Your name, Company]</w:t>
      </w:r>
    </w:p>
    <w:p>
      <w:r>
        <w:rPr>
          <w:b w:val="0"/>
          <w:i w:val="0"/>
          <w:color w:val="2255E0"/>
          <w:shd w:val="clear" w:color="auto" w:fill="FFF6D5"/>
        </w:rPr>
        <w:t>[Date] · Valid until [date]</w:t>
      </w:r>
    </w:p>
    <w:p>
      <w:r>
        <w:br w:type="page"/>
      </w:r>
    </w:p>
    <w:p>
      <w:pPr>
        <w:pStyle w:val="Heading2"/>
      </w:pPr>
      <w:r>
        <w:t>1. Executive summary</w:t>
      </w:r>
    </w:p>
    <w:p>
      <w:pPr>
        <w:jc w:val="both"/>
      </w:pPr>
      <w:r>
        <w:rPr>
          <w:b w:val="0"/>
          <w:i w:val="0"/>
          <w:color w:val="2255E0"/>
          <w:shd w:val="clear" w:color="auto" w:fill="FFF6D5"/>
        </w:rPr>
        <w:t>[Three or four sentences: what the client needs, what you propose, the outcome and the investment.]</w:t>
      </w:r>
    </w:p>
    <w:p>
      <w:pPr>
        <w:pStyle w:val="Heading2"/>
      </w:pPr>
      <w:r>
        <w:t>2. Understanding the problem</w:t>
      </w:r>
    </w:p>
    <w:p>
      <w:pPr>
        <w:jc w:val="both"/>
      </w:pPr>
      <w:r>
        <w:rPr>
          <w:b w:val="0"/>
          <w:i w:val="0"/>
          <w:color w:val="2255E0"/>
          <w:shd w:val="clear" w:color="auto" w:fill="FFF6D5"/>
        </w:rPr>
        <w:t>[Restate the client's situation and goals in their words. Show you have listened.]</w:t>
      </w:r>
    </w:p>
    <w:p>
      <w:pPr>
        <w:pStyle w:val="Heading2"/>
      </w:pPr>
      <w:r>
        <w:t>3. Proposed solution</w:t>
      </w:r>
    </w:p>
    <w:p>
      <w:pPr>
        <w:jc w:val="both"/>
      </w:pPr>
      <w:r>
        <w:rPr>
          <w:b w:val="0"/>
          <w:i w:val="0"/>
          <w:color w:val="2255E0"/>
          <w:shd w:val="clear" w:color="auto" w:fill="FFF6D5"/>
        </w:rPr>
        <w:t>[Describe your approach and why it fits. Use sub-headings or bullets for phases or components.]</w:t>
      </w:r>
    </w:p>
    <w:p>
      <w:pPr>
        <w:pStyle w:val="Heading2"/>
      </w:pPr>
      <w:r>
        <w:t>4. Scope of work</w:t>
      </w:r>
    </w:p>
    <w:p>
      <w:pPr>
        <w:pStyle w:val="ListBullet"/>
      </w:pPr>
      <w:r>
        <w:rPr>
          <w:color w:val="2255E0"/>
          <w:shd w:val="clear" w:color="auto" w:fill="FFF6D5"/>
        </w:rPr>
        <w:t>[Deliverable 1 – description]</w:t>
      </w:r>
    </w:p>
    <w:p>
      <w:pPr>
        <w:pStyle w:val="ListBullet"/>
      </w:pPr>
      <w:r>
        <w:rPr>
          <w:color w:val="2255E0"/>
          <w:shd w:val="clear" w:color="auto" w:fill="FFF6D5"/>
        </w:rPr>
        <w:t>[Deliverable 2 – description]</w:t>
      </w:r>
    </w:p>
    <w:p>
      <w:pPr>
        <w:pStyle w:val="ListBullet"/>
      </w:pPr>
      <w:r>
        <w:rPr>
          <w:color w:val="2255E0"/>
          <w:shd w:val="clear" w:color="auto" w:fill="FFF6D5"/>
        </w:rPr>
        <w:t>[What is NOT included]</w:t>
      </w:r>
    </w:p>
    <w:p>
      <w:pPr>
        <w:pStyle w:val="Heading2"/>
      </w:pPr>
      <w:r>
        <w:t>5. Timeline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4252"/>
        <w:gridCol w:w="1417"/>
        <w:gridCol w:w="1984"/>
      </w:tblGrid>
      <w:tr>
        <w:tc>
          <w:tcPr>
            <w:tcW w:type="dxa" w:w="198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Phase</w:t>
            </w:r>
          </w:p>
        </w:tc>
        <w:tc>
          <w:tcPr>
            <w:tcW w:type="dxa" w:w="4252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Activities</w:t>
            </w:r>
          </w:p>
        </w:tc>
        <w:tc>
          <w:tcPr>
            <w:tcW w:type="dxa" w:w="1417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Duration</w:t>
            </w:r>
          </w:p>
        </w:tc>
        <w:tc>
          <w:tcPr>
            <w:tcW w:type="dxa" w:w="198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Dates</w:t>
            </w:r>
          </w:p>
        </w:tc>
      </w:tr>
      <w:tr>
        <w:tc>
          <w:tcPr>
            <w:tcW w:type="dxa" w:w="198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[Discovery]</w:t>
            </w:r>
          </w:p>
        </w:tc>
        <w:tc>
          <w:tcPr>
            <w:tcW w:type="dxa" w:w="425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[Workshops, research]</w:t>
            </w:r>
          </w:p>
        </w:tc>
        <w:tc>
          <w:tcPr>
            <w:tcW w:type="dxa" w:w="141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[2 weeks]</w:t>
            </w:r>
          </w:p>
        </w:tc>
        <w:tc>
          <w:tcPr>
            <w:tcW w:type="dxa" w:w="198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[dates]</w:t>
            </w:r>
          </w:p>
        </w:tc>
      </w:tr>
      <w:tr>
        <w:tc>
          <w:tcPr>
            <w:tcW w:type="dxa" w:w="198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[Build]</w:t>
            </w:r>
          </w:p>
        </w:tc>
        <w:tc>
          <w:tcPr>
            <w:tcW w:type="dxa" w:w="425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[…]</w:t>
            </w:r>
          </w:p>
        </w:tc>
        <w:tc>
          <w:tcPr>
            <w:tcW w:type="dxa" w:w="141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[6 weeks]</w:t>
            </w:r>
          </w:p>
        </w:tc>
        <w:tc>
          <w:tcPr>
            <w:tcW w:type="dxa" w:w="198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[dates]</w:t>
            </w:r>
          </w:p>
        </w:tc>
      </w:tr>
      <w:tr>
        <w:tc>
          <w:tcPr>
            <w:tcW w:type="dxa" w:w="198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[Launch]</w:t>
            </w:r>
          </w:p>
        </w:tc>
        <w:tc>
          <w:tcPr>
            <w:tcW w:type="dxa" w:w="425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[…]</w:t>
            </w:r>
          </w:p>
        </w:tc>
        <w:tc>
          <w:tcPr>
            <w:tcW w:type="dxa" w:w="141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[1 week]</w:t>
            </w:r>
          </w:p>
        </w:tc>
        <w:tc>
          <w:tcPr>
            <w:tcW w:type="dxa" w:w="198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[dates]</w:t>
            </w:r>
          </w:p>
        </w:tc>
      </w:tr>
    </w:tbl>
    <w:p>
      <w:pPr>
        <w:pStyle w:val="Heading2"/>
      </w:pPr>
      <w:r>
        <w:t>6. Pricing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5669"/>
        <w:gridCol w:w="1701"/>
      </w:tblGrid>
      <w:tr>
        <w:tc>
          <w:tcPr>
            <w:tcW w:type="dxa" w:w="2268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566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701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Price</w:t>
            </w:r>
          </w:p>
        </w:tc>
      </w:tr>
      <w:t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[Item]</w:t>
            </w:r>
          </w:p>
        </w:tc>
        <w:tc>
          <w:tcPr>
            <w:tcW w:type="dxa" w:w="566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[…]</w:t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[Item]</w:t>
            </w:r>
          </w:p>
        </w:tc>
        <w:tc>
          <w:tcPr>
            <w:tcW w:type="dxa" w:w="566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[…]</w:t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566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Total</w:t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</w:tbl>
    <w:p>
      <w:pPr>
        <w:pStyle w:val="Heading2"/>
      </w:pPr>
      <w:r>
        <w:t>7. Why us</w:t>
      </w:r>
    </w:p>
    <w:p>
      <w:pPr>
        <w:jc w:val="both"/>
      </w:pPr>
      <w:r>
        <w:rPr>
          <w:b w:val="0"/>
          <w:i w:val="0"/>
          <w:color w:val="2255E0"/>
          <w:shd w:val="clear" w:color="auto" w:fill="FFF6D5"/>
        </w:rPr>
        <w:t>[Relevant experience, similar projects, team, testimonials.]</w:t>
      </w:r>
    </w:p>
    <w:p>
      <w:pPr>
        <w:pStyle w:val="Heading2"/>
      </w:pPr>
      <w:r>
        <w:t>8. Terms &amp; next steps</w:t>
      </w:r>
    </w:p>
    <w:p>
      <w:pPr>
        <w:jc w:val="both"/>
      </w:pPr>
      <w:r>
        <w:rPr>
          <w:b w:val="0"/>
          <w:i w:val="0"/>
          <w:color w:val="2255E0"/>
          <w:shd w:val="clear" w:color="auto" w:fill="FFF6D5"/>
        </w:rPr>
        <w:t>[Payment terms, validity, assumptions. To proceed, sign below or reply by e-mail; we will send a contract and start on [date].]</w:t>
      </w:r>
    </w:p>
    <w:p>
      <w:pPr>
        <w:spacing w:after="360"/>
      </w:pPr>
    </w:p>
    <w:p>
      <w:pPr>
        <w:spacing w:after="0"/>
      </w:pPr>
      <w:r>
        <w:rPr>
          <w:b w:val="0"/>
          <w:i w:val="0"/>
        </w:rPr>
        <w:t>______________________________</w:t>
      </w:r>
    </w:p>
    <w:p>
      <w:pPr>
        <w:spacing w:after="0"/>
      </w:pPr>
      <w:r>
        <w:rPr>
          <w:b w:val="0"/>
          <w:i w:val="0"/>
          <w:color w:val="2255E0"/>
          <w:shd w:val="clear" w:color="auto" w:fill="FFF6D5"/>
        </w:rPr>
        <w:t>[Client signature / name / date]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t xml:space="preserve">[Company] · Proposal for [Client]   </w:t>
    </w: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proposal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