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Brand guidelines skeleton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[Company]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2"/>
      </w:pPr>
      <w:r>
        <w:t>Brand story &amp; values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Logo usage &amp; clear space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Colour palette (with codes)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Typography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Tone of voice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Imagery &amp; icons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Applications (stationery, web, social)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Dos and don'ts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spacing w:before="120"/>
      </w:pPr>
      <w:r>
        <w:rPr>
          <w:b w:val="0"/>
          <w:i/>
          <w:color w:val="808799"/>
          <w:sz w:val="16"/>
        </w:rPr>
        <w:t>Blue highlighted text = replace with your own. Delete this note before printing. Contract skeletons are starting points, not legal advice – have important agreements checked.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 guidelines skeleton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